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BFD051" w14:textId="77777777" w:rsidR="00A9058B" w:rsidRDefault="00000000">
      <w:pPr>
        <w:jc w:val="right"/>
      </w:pPr>
      <w:r>
        <w:t>…/…/……</w:t>
      </w:r>
    </w:p>
    <w:p w14:paraId="13A76E3F" w14:textId="77777777" w:rsidR="00A9058B" w:rsidRDefault="00000000">
      <w:pPr>
        <w:jc w:val="center"/>
      </w:pPr>
      <w:r>
        <w:rPr>
          <w:b/>
        </w:rPr>
        <w:t>ANKARA ÜNİVERSİTESİ REKTÖRLÜĞÜ</w:t>
      </w:r>
    </w:p>
    <w:p w14:paraId="193D30EC" w14:textId="77777777" w:rsidR="00A9058B" w:rsidRDefault="00000000">
      <w:pPr>
        <w:jc w:val="center"/>
      </w:pPr>
      <w:r>
        <w:rPr>
          <w:b/>
        </w:rPr>
        <w:t>AVRUPA BİRLİĞİ EĞİTİM PROGRAMLARI (Erasmus+) KOORDİNATÖRLÜĞÜ</w:t>
      </w:r>
    </w:p>
    <w:p w14:paraId="5B8A8388" w14:textId="77777777" w:rsidR="00A9058B" w:rsidRDefault="00000000">
      <w:pPr>
        <w:jc w:val="center"/>
      </w:pPr>
      <w:r>
        <w:rPr>
          <w:b/>
        </w:rPr>
        <w:t>AVRUPA BİRLİĞİ PROJELERİ OFİSİNE</w:t>
      </w:r>
    </w:p>
    <w:p w14:paraId="6BE4E247" w14:textId="77777777" w:rsidR="00A9058B" w:rsidRDefault="00A9058B"/>
    <w:p w14:paraId="46C9B0E2" w14:textId="77777777" w:rsidR="00A9058B" w:rsidRDefault="00000000" w:rsidP="003455D9">
      <w:pPr>
        <w:jc w:val="both"/>
      </w:pPr>
      <w:r>
        <w:t>……………………………… programı kapsamında kabul edilen, ……………………………… kod numaralı ve “………………………………………………………………” başlıklı projenin sözleşme işlemlerinin yürütülebilmesi amacıyla, söz konusu projede proje yürütücüsü olarak yetkilendirilmem hususunda gereğini saygılarımla arz ederim.</w:t>
      </w:r>
    </w:p>
    <w:p w14:paraId="4293A7F1" w14:textId="77777777" w:rsidR="00A9058B" w:rsidRDefault="00A9058B"/>
    <w:p w14:paraId="359E9A39" w14:textId="77777777" w:rsidR="00A9058B" w:rsidRDefault="00A9058B"/>
    <w:p w14:paraId="671F3BAC" w14:textId="77777777" w:rsidR="00BF79AC" w:rsidRPr="00BF79AC" w:rsidRDefault="00BF79AC" w:rsidP="00BF79AC">
      <w:r w:rsidRPr="00BF79AC">
        <w:t xml:space="preserve">T.C. </w:t>
      </w:r>
      <w:proofErr w:type="spellStart"/>
      <w:r w:rsidRPr="00BF79AC">
        <w:t>Kimlik</w:t>
      </w:r>
      <w:proofErr w:type="spellEnd"/>
      <w:r w:rsidRPr="00BF79AC">
        <w:t xml:space="preserve"> No</w:t>
      </w:r>
    </w:p>
    <w:p w14:paraId="3441341D" w14:textId="30088CED" w:rsidR="00BF79AC" w:rsidRPr="00BF79AC" w:rsidRDefault="00BF79AC" w:rsidP="00BF79AC">
      <w:r w:rsidRPr="00BF79AC">
        <w:t xml:space="preserve">Ad </w:t>
      </w:r>
      <w:proofErr w:type="spellStart"/>
      <w:r w:rsidRPr="00BF79AC">
        <w:t>Soyad</w:t>
      </w:r>
      <w:proofErr w:type="spellEnd"/>
      <w:r w:rsidRPr="00BF79AC">
        <w:tab/>
      </w:r>
      <w:r w:rsidRPr="00BF79AC">
        <w:tab/>
      </w:r>
      <w:r w:rsidRPr="00BF79AC">
        <w:tab/>
      </w:r>
      <w:r w:rsidRPr="00BF79AC">
        <w:tab/>
      </w:r>
      <w:r w:rsidRPr="00BF79AC">
        <w:tab/>
      </w:r>
      <w:r w:rsidRPr="00BF79AC">
        <w:tab/>
      </w:r>
      <w:r>
        <w:tab/>
      </w:r>
      <w:r>
        <w:tab/>
      </w:r>
      <w:r>
        <w:tab/>
      </w:r>
      <w:proofErr w:type="spellStart"/>
      <w:r w:rsidRPr="00BF79AC">
        <w:t>Proje</w:t>
      </w:r>
      <w:proofErr w:type="spellEnd"/>
      <w:r w:rsidRPr="00BF79AC">
        <w:t xml:space="preserve"> </w:t>
      </w:r>
      <w:proofErr w:type="spellStart"/>
      <w:r w:rsidRPr="00BF79AC">
        <w:t>Yürütücüsü</w:t>
      </w:r>
      <w:proofErr w:type="spellEnd"/>
    </w:p>
    <w:p w14:paraId="44791553" w14:textId="531327CE" w:rsidR="00BF79AC" w:rsidRPr="00BF79AC" w:rsidRDefault="00BF79AC" w:rsidP="00BF79AC">
      <w:proofErr w:type="spellStart"/>
      <w:r w:rsidRPr="00BF79AC">
        <w:t>Unvan</w:t>
      </w:r>
      <w:proofErr w:type="spellEnd"/>
      <w:r w:rsidRPr="00BF79AC">
        <w:t xml:space="preserve"> / </w:t>
      </w:r>
      <w:proofErr w:type="spellStart"/>
      <w:r w:rsidRPr="00BF79AC">
        <w:t>Birim</w:t>
      </w:r>
      <w:proofErr w:type="spellEnd"/>
      <w:r w:rsidRPr="00BF79AC">
        <w:tab/>
      </w:r>
      <w:r w:rsidRPr="00BF79AC">
        <w:tab/>
      </w:r>
      <w:r w:rsidRPr="00BF79AC">
        <w:tab/>
      </w:r>
      <w:r w:rsidRPr="00BF79AC">
        <w:tab/>
      </w:r>
      <w:r w:rsidRPr="00BF79AC">
        <w:tab/>
        <w:t xml:space="preserve">       </w:t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BF79AC">
        <w:t>İmza</w:t>
      </w:r>
      <w:proofErr w:type="spellEnd"/>
    </w:p>
    <w:p w14:paraId="7433F45B" w14:textId="77777777" w:rsidR="00BF79AC" w:rsidRPr="00BF79AC" w:rsidRDefault="00BF79AC" w:rsidP="00BF79AC">
      <w:proofErr w:type="spellStart"/>
      <w:r w:rsidRPr="00BF79AC">
        <w:t>İletişim</w:t>
      </w:r>
      <w:proofErr w:type="spellEnd"/>
      <w:r w:rsidRPr="00BF79AC">
        <w:t xml:space="preserve"> </w:t>
      </w:r>
      <w:proofErr w:type="spellStart"/>
      <w:r w:rsidRPr="00BF79AC">
        <w:t>Numarası</w:t>
      </w:r>
      <w:proofErr w:type="spellEnd"/>
    </w:p>
    <w:p w14:paraId="70E73EEE" w14:textId="77777777" w:rsidR="00A9058B" w:rsidRDefault="00A9058B"/>
    <w:sectPr w:rsidR="00A9058B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94145911">
    <w:abstractNumId w:val="8"/>
  </w:num>
  <w:num w:numId="2" w16cid:durableId="653795554">
    <w:abstractNumId w:val="6"/>
  </w:num>
  <w:num w:numId="3" w16cid:durableId="407002288">
    <w:abstractNumId w:val="5"/>
  </w:num>
  <w:num w:numId="4" w16cid:durableId="2057580015">
    <w:abstractNumId w:val="4"/>
  </w:num>
  <w:num w:numId="5" w16cid:durableId="940601559">
    <w:abstractNumId w:val="7"/>
  </w:num>
  <w:num w:numId="6" w16cid:durableId="521624604">
    <w:abstractNumId w:val="3"/>
  </w:num>
  <w:num w:numId="7" w16cid:durableId="1023356967">
    <w:abstractNumId w:val="2"/>
  </w:num>
  <w:num w:numId="8" w16cid:durableId="103234547">
    <w:abstractNumId w:val="1"/>
  </w:num>
  <w:num w:numId="9" w16cid:durableId="596668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455D9"/>
    <w:rsid w:val="00A9058B"/>
    <w:rsid w:val="00AA1D8D"/>
    <w:rsid w:val="00B47730"/>
    <w:rsid w:val="00BF79AC"/>
    <w:rsid w:val="00C254D0"/>
    <w:rsid w:val="00CB0664"/>
    <w:rsid w:val="00F3780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B865213"/>
  <w14:defaultImageDpi w14:val="300"/>
  <w15:docId w15:val="{27E006D1-6600-4BCF-B031-F0AB47AD7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70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Abdurrahman</cp:lastModifiedBy>
  <cp:revision>4</cp:revision>
  <dcterms:created xsi:type="dcterms:W3CDTF">2026-09-30T10:53:00Z</dcterms:created>
  <dcterms:modified xsi:type="dcterms:W3CDTF">2026-09-30T12:03:00Z</dcterms:modified>
  <cp:category/>
</cp:coreProperties>
</file>