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A09D7" w14:textId="77777777" w:rsidR="00B61F66" w:rsidRDefault="00000000">
      <w:pPr>
        <w:jc w:val="right"/>
      </w:pPr>
      <w:r>
        <w:t>…/…/……</w:t>
      </w:r>
    </w:p>
    <w:p w14:paraId="73083C1E" w14:textId="77777777" w:rsidR="00B61F66" w:rsidRDefault="00000000">
      <w:pPr>
        <w:jc w:val="center"/>
      </w:pPr>
      <w:r>
        <w:rPr>
          <w:b/>
        </w:rPr>
        <w:t>ANKARA ÜNİVERSİTESİ REKTÖRLÜĞÜ</w:t>
      </w:r>
    </w:p>
    <w:p w14:paraId="1DF741E3" w14:textId="77777777" w:rsidR="00B61F66" w:rsidRDefault="00000000">
      <w:pPr>
        <w:jc w:val="center"/>
      </w:pPr>
      <w:r>
        <w:rPr>
          <w:b/>
        </w:rPr>
        <w:t>AVRUPA BİRLİĞİ EĞİTİM PROGRAMLARI (Erasmus+) KOORDİNATÖRLÜĞÜ</w:t>
      </w:r>
    </w:p>
    <w:p w14:paraId="31A76607" w14:textId="77777777" w:rsidR="00B61F66" w:rsidRDefault="00000000">
      <w:pPr>
        <w:jc w:val="center"/>
      </w:pPr>
      <w:r>
        <w:rPr>
          <w:b/>
        </w:rPr>
        <w:t>AVRUPA BİRLİĞİ PROJELERİ OFİSİNE</w:t>
      </w:r>
    </w:p>
    <w:p w14:paraId="7E01D5BC" w14:textId="77777777" w:rsidR="00B61F66" w:rsidRDefault="00B61F66"/>
    <w:p w14:paraId="27717A2B" w14:textId="77777777" w:rsidR="00B61F66" w:rsidRDefault="00000000">
      <w:pPr>
        <w:ind w:firstLine="709"/>
        <w:jc w:val="both"/>
      </w:pPr>
      <w:r>
        <w:t>……………………………… programı kapsamında imzalanan, …/…/…… tarihinde başlayıp …/…/…… tarihinde bitecek olan, ……………………………… kod numaralı ve “………………………………………………………………” başlıklı projenin Ankara Üniversitesine ayrılan bütçesi ……………………………… Euro/ABD Dolarıdır.</w:t>
      </w:r>
    </w:p>
    <w:p w14:paraId="47689A9D" w14:textId="77777777" w:rsidR="00B61F66" w:rsidRDefault="00000000">
      <w:pPr>
        <w:ind w:firstLine="709"/>
        <w:jc w:val="both"/>
      </w:pPr>
      <w:r>
        <w:t>Söz konusu proje kapsamında kullanılmak üzere ……………………………… cinsinden banka hesabı açılması hususunda gereğini saygılarımla arz ederim.</w:t>
      </w:r>
    </w:p>
    <w:p w14:paraId="13004E75" w14:textId="77777777" w:rsidR="00B61F66" w:rsidRDefault="00B61F66"/>
    <w:p w14:paraId="7EDE5564" w14:textId="77777777" w:rsidR="00BD3496" w:rsidRDefault="00BD3496" w:rsidP="00BD3496">
      <w:r>
        <w:t xml:space="preserve">T.C. </w:t>
      </w:r>
      <w:proofErr w:type="spellStart"/>
      <w:r>
        <w:t>Kimlik</w:t>
      </w:r>
      <w:proofErr w:type="spellEnd"/>
      <w:r>
        <w:t xml:space="preserve"> No:</w:t>
      </w:r>
    </w:p>
    <w:p w14:paraId="0DCE94AE" w14:textId="3942B755" w:rsidR="00B61F66" w:rsidRDefault="00000000" w:rsidP="00B53EB3">
      <w:r>
        <w:t xml:space="preserve">Ad </w:t>
      </w:r>
      <w:proofErr w:type="spellStart"/>
      <w:r>
        <w:t>Soyad</w:t>
      </w:r>
      <w:proofErr w:type="spellEnd"/>
    </w:p>
    <w:p w14:paraId="69300EC8" w14:textId="77777777" w:rsidR="00BD3496" w:rsidRDefault="00BD3496" w:rsidP="00BD3496">
      <w:proofErr w:type="spellStart"/>
      <w:r>
        <w:t>Unvan</w:t>
      </w:r>
      <w:proofErr w:type="spellEnd"/>
      <w:r>
        <w:t xml:space="preserve"> / </w:t>
      </w:r>
      <w:proofErr w:type="spellStart"/>
      <w:r>
        <w:t>Birim</w:t>
      </w:r>
      <w:proofErr w:type="spellEnd"/>
    </w:p>
    <w:p w14:paraId="54803D08" w14:textId="552E332F" w:rsidR="002408D0" w:rsidRDefault="002408D0" w:rsidP="00BD3496">
      <w:proofErr w:type="spellStart"/>
      <w:r>
        <w:t>İletişim</w:t>
      </w:r>
      <w:proofErr w:type="spellEnd"/>
      <w:r>
        <w:t xml:space="preserve"> </w:t>
      </w:r>
      <w:proofErr w:type="spellStart"/>
      <w:r>
        <w:t>Numarası</w:t>
      </w:r>
      <w:proofErr w:type="spellEnd"/>
    </w:p>
    <w:p w14:paraId="394A0F0C" w14:textId="77777777" w:rsidR="00BD3496" w:rsidRDefault="00BD3496" w:rsidP="00B53EB3"/>
    <w:p w14:paraId="492A9733" w14:textId="77777777" w:rsidR="00B61F66" w:rsidRDefault="00000000" w:rsidP="00BD3496">
      <w:pPr>
        <w:ind w:left="7200"/>
      </w:pPr>
      <w:proofErr w:type="spellStart"/>
      <w:r>
        <w:t>Proje</w:t>
      </w:r>
      <w:proofErr w:type="spellEnd"/>
      <w:r>
        <w:t xml:space="preserve"> </w:t>
      </w:r>
      <w:proofErr w:type="spellStart"/>
      <w:r>
        <w:t>Yürütücüsü</w:t>
      </w:r>
      <w:proofErr w:type="spellEnd"/>
    </w:p>
    <w:p w14:paraId="09DE74CE" w14:textId="77777777" w:rsidR="00B61F66" w:rsidRDefault="00000000" w:rsidP="00BD3496">
      <w:pPr>
        <w:ind w:left="5760" w:firstLine="720"/>
        <w:jc w:val="center"/>
      </w:pPr>
      <w:proofErr w:type="spellStart"/>
      <w:r>
        <w:t>İmza</w:t>
      </w:r>
      <w:proofErr w:type="spellEnd"/>
    </w:p>
    <w:sectPr w:rsidR="00B61F66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362864">
    <w:abstractNumId w:val="8"/>
  </w:num>
  <w:num w:numId="2" w16cid:durableId="2048531207">
    <w:abstractNumId w:val="6"/>
  </w:num>
  <w:num w:numId="3" w16cid:durableId="1900510814">
    <w:abstractNumId w:val="5"/>
  </w:num>
  <w:num w:numId="4" w16cid:durableId="245117348">
    <w:abstractNumId w:val="4"/>
  </w:num>
  <w:num w:numId="5" w16cid:durableId="779223267">
    <w:abstractNumId w:val="7"/>
  </w:num>
  <w:num w:numId="6" w16cid:durableId="774249813">
    <w:abstractNumId w:val="3"/>
  </w:num>
  <w:num w:numId="7" w16cid:durableId="805974173">
    <w:abstractNumId w:val="2"/>
  </w:num>
  <w:num w:numId="8" w16cid:durableId="2095391792">
    <w:abstractNumId w:val="1"/>
  </w:num>
  <w:num w:numId="9" w16cid:durableId="172767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08D0"/>
    <w:rsid w:val="00246D20"/>
    <w:rsid w:val="0029639D"/>
    <w:rsid w:val="00326F90"/>
    <w:rsid w:val="00447776"/>
    <w:rsid w:val="00AA1D8D"/>
    <w:rsid w:val="00B47730"/>
    <w:rsid w:val="00B53EB3"/>
    <w:rsid w:val="00B61F66"/>
    <w:rsid w:val="00BD3496"/>
    <w:rsid w:val="00CB0664"/>
    <w:rsid w:val="00E25F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4A087A"/>
  <w14:defaultImageDpi w14:val="300"/>
  <w15:docId w15:val="{F253C0D5-569E-486A-A570-3ECB36E2B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Abdurrahman</cp:lastModifiedBy>
  <cp:revision>6</cp:revision>
  <cp:lastPrinted>2026-09-30T11:01:00Z</cp:lastPrinted>
  <dcterms:created xsi:type="dcterms:W3CDTF">2026-09-30T11:03:00Z</dcterms:created>
  <dcterms:modified xsi:type="dcterms:W3CDTF">2026-09-30T12:01:00Z</dcterms:modified>
  <cp:category/>
</cp:coreProperties>
</file>