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DDBF4" w14:textId="77777777" w:rsidR="00B722CA" w:rsidRDefault="00000000">
      <w:pPr>
        <w:spacing w:after="60"/>
        <w:jc w:val="right"/>
      </w:pPr>
      <w:r>
        <w:t>…/…/……</w:t>
      </w:r>
    </w:p>
    <w:p w14:paraId="031BD3DF" w14:textId="77777777" w:rsidR="00B722CA" w:rsidRDefault="00000000">
      <w:pPr>
        <w:spacing w:after="40"/>
        <w:jc w:val="center"/>
      </w:pPr>
      <w:r>
        <w:rPr>
          <w:b/>
        </w:rPr>
        <w:t>ANKARA ÜNİVERSİTESİ REKTÖRLÜĞÜ</w:t>
      </w:r>
    </w:p>
    <w:p w14:paraId="5D9BB647" w14:textId="77777777" w:rsidR="00B722CA" w:rsidRDefault="00000000">
      <w:pPr>
        <w:spacing w:after="40"/>
        <w:jc w:val="center"/>
      </w:pPr>
      <w:r>
        <w:rPr>
          <w:b/>
        </w:rPr>
        <w:t>AVRUPA BİRLİĞİ EĞİTİM PROGRAMLARI (Erasmus+) KOORDİNATÖRLÜĞÜ</w:t>
      </w:r>
    </w:p>
    <w:p w14:paraId="39AC9857" w14:textId="77777777" w:rsidR="00B722CA" w:rsidRDefault="00000000">
      <w:pPr>
        <w:spacing w:after="40"/>
        <w:jc w:val="center"/>
      </w:pPr>
      <w:r>
        <w:rPr>
          <w:b/>
        </w:rPr>
        <w:t>AVRUPA BİRLİĞİ PROJELERİ OFİSİNE</w:t>
      </w:r>
    </w:p>
    <w:p w14:paraId="2D5D0438" w14:textId="77777777" w:rsidR="00B722CA" w:rsidRDefault="00B722CA">
      <w:pPr>
        <w:spacing w:after="60"/>
      </w:pPr>
    </w:p>
    <w:p w14:paraId="6EFCB5F7" w14:textId="672BBB14" w:rsidR="00B722CA" w:rsidRDefault="00000000" w:rsidP="00F33143">
      <w:pPr>
        <w:spacing w:after="80" w:line="240" w:lineRule="auto"/>
        <w:ind w:firstLine="567"/>
        <w:jc w:val="both"/>
      </w:pPr>
      <w:r>
        <w:t xml:space="preserve">……………………………… programı kapsamında imzalanan, …/…/…… tarihinde başlayıp …/…/…… tarihinde sona erecek olan, ……………………………… kod numaralı ve “………………………………………………………………” </w:t>
      </w:r>
      <w:proofErr w:type="spellStart"/>
      <w:r>
        <w:t>başlıklı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>;</w:t>
      </w:r>
      <w:r w:rsidR="00F33143">
        <w:t xml:space="preserve"> </w:t>
      </w:r>
      <w:proofErr w:type="spellStart"/>
      <w:r>
        <w:rPr>
          <w:b/>
        </w:rPr>
        <w:t>Gerçekleştirme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Görevlisi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olarak</w:t>
      </w:r>
      <w:proofErr w:type="spellEnd"/>
      <w:r>
        <w:rPr>
          <w:b/>
        </w:rPr>
        <w:t xml:space="preserve"> </w:t>
      </w:r>
      <w:r>
        <w:t xml:space="preserve">…………………………………………………………… </w:t>
      </w:r>
      <w:proofErr w:type="spellStart"/>
      <w:r>
        <w:t>görevlendirilmişti</w:t>
      </w:r>
      <w:r w:rsidR="00F33143">
        <w:t>r</w:t>
      </w:r>
      <w:proofErr w:type="spellEnd"/>
      <w:r w:rsidR="00F33143">
        <w:t xml:space="preserve">. </w:t>
      </w:r>
      <w:proofErr w:type="spellStart"/>
      <w:r>
        <w:rPr>
          <w:b/>
        </w:rPr>
        <w:t>Harcama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Yetkilisi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Proje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Yürütücüsü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olarak</w:t>
      </w:r>
      <w:proofErr w:type="spellEnd"/>
      <w:r>
        <w:rPr>
          <w:b/>
        </w:rPr>
        <w:t xml:space="preserve"> </w:t>
      </w:r>
      <w:r>
        <w:t>…………………………………………………………… görevlendirilmiştir.</w:t>
      </w:r>
    </w:p>
    <w:p w14:paraId="6FDDC860" w14:textId="77777777" w:rsidR="00B722CA" w:rsidRDefault="00000000">
      <w:pPr>
        <w:spacing w:before="60" w:after="100"/>
        <w:ind w:firstLine="567"/>
        <w:jc w:val="both"/>
      </w:pPr>
      <w:r>
        <w:t>Adı geçen kişilerin Mali Yönetim Sisteminde ilgili görev ve yetkilerle tanımlanmaları hususunda gereğini saygılarımla arz ederim.</w:t>
      </w:r>
    </w:p>
    <w:tbl>
      <w:tblPr>
        <w:tblW w:w="0" w:type="auto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722CA" w14:paraId="796A14F6" w14:textId="77777777">
        <w:trPr>
          <w:jc w:val="right"/>
        </w:trPr>
        <w:tc>
          <w:tcPr>
            <w:tcW w:w="4986" w:type="dxa"/>
          </w:tcPr>
          <w:p w14:paraId="2A5D10A0" w14:textId="77777777" w:rsidR="00B722CA" w:rsidRDefault="00B722CA"/>
        </w:tc>
        <w:tc>
          <w:tcPr>
            <w:tcW w:w="4986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538671" w14:textId="77777777" w:rsidR="00B722CA" w:rsidRDefault="00000000">
            <w:pPr>
              <w:spacing w:after="0"/>
              <w:jc w:val="center"/>
            </w:pPr>
            <w:r>
              <w:rPr>
                <w:b/>
                <w:sz w:val="21"/>
              </w:rPr>
              <w:t>Proje Yürütücüsü</w:t>
            </w:r>
          </w:p>
          <w:p w14:paraId="52597F5B" w14:textId="77777777" w:rsidR="00B722CA" w:rsidRDefault="00000000">
            <w:pPr>
              <w:spacing w:after="0"/>
              <w:jc w:val="center"/>
            </w:pPr>
            <w:r>
              <w:rPr>
                <w:sz w:val="21"/>
              </w:rPr>
              <w:t>Ad Soyad</w:t>
            </w:r>
          </w:p>
          <w:p w14:paraId="4E77ABE3" w14:textId="77777777" w:rsidR="00B722CA" w:rsidRDefault="00000000">
            <w:pPr>
              <w:spacing w:after="0"/>
              <w:jc w:val="center"/>
            </w:pPr>
            <w:r>
              <w:rPr>
                <w:sz w:val="21"/>
              </w:rPr>
              <w:t>Unvan / Birim</w:t>
            </w:r>
          </w:p>
          <w:p w14:paraId="6009F788" w14:textId="77777777" w:rsidR="00B722CA" w:rsidRDefault="00000000">
            <w:pPr>
              <w:spacing w:after="0"/>
              <w:jc w:val="center"/>
            </w:pPr>
            <w:r>
              <w:rPr>
                <w:sz w:val="21"/>
              </w:rPr>
              <w:t>İmza</w:t>
            </w:r>
          </w:p>
        </w:tc>
      </w:tr>
    </w:tbl>
    <w:p w14:paraId="75B32B88" w14:textId="77777777" w:rsidR="00B722CA" w:rsidRDefault="00B722CA">
      <w:pPr>
        <w:spacing w:after="40"/>
      </w:pPr>
    </w:p>
    <w:p w14:paraId="1DA0951D" w14:textId="77777777" w:rsidR="00F33143" w:rsidRDefault="00F33143">
      <w:pPr>
        <w:spacing w:after="40"/>
      </w:pPr>
    </w:p>
    <w:p w14:paraId="78C867F5" w14:textId="77777777" w:rsidR="00F33143" w:rsidRDefault="00F33143">
      <w:pPr>
        <w:spacing w:after="40"/>
      </w:pPr>
    </w:p>
    <w:p w14:paraId="016CC917" w14:textId="77777777" w:rsidR="00F33143" w:rsidRDefault="00F33143">
      <w:pPr>
        <w:spacing w:after="40"/>
      </w:pPr>
    </w:p>
    <w:p w14:paraId="3931F7C1" w14:textId="77777777" w:rsidR="00F33143" w:rsidRDefault="00F33143">
      <w:pPr>
        <w:spacing w:after="40"/>
      </w:pPr>
    </w:p>
    <w:p w14:paraId="40126F3F" w14:textId="77777777" w:rsidR="00F33143" w:rsidRDefault="00F33143">
      <w:pPr>
        <w:spacing w:after="40"/>
      </w:pPr>
    </w:p>
    <w:p w14:paraId="7B1D0C16" w14:textId="77777777" w:rsidR="00F33143" w:rsidRDefault="00F33143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722CA" w14:paraId="4EE57E5D" w14:textId="77777777">
        <w:trPr>
          <w:jc w:val="center"/>
        </w:trPr>
        <w:tc>
          <w:tcPr>
            <w:tcW w:w="49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99FE82" w14:textId="77777777" w:rsidR="00B722CA" w:rsidRDefault="00000000">
            <w:pPr>
              <w:spacing w:after="0"/>
            </w:pPr>
            <w:r>
              <w:rPr>
                <w:b/>
                <w:sz w:val="21"/>
              </w:rPr>
              <w:t>Gerçekleştirme Görevlisi</w:t>
            </w:r>
          </w:p>
        </w:tc>
        <w:tc>
          <w:tcPr>
            <w:tcW w:w="49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5B60B" w14:textId="77777777" w:rsidR="00B722CA" w:rsidRDefault="00000000">
            <w:pPr>
              <w:spacing w:after="0"/>
            </w:pPr>
            <w:r>
              <w:rPr>
                <w:b/>
                <w:sz w:val="21"/>
              </w:rPr>
              <w:t>Harcama Yetkilisi</w:t>
            </w:r>
          </w:p>
        </w:tc>
      </w:tr>
      <w:tr w:rsidR="00B722CA" w14:paraId="7A26EB9D" w14:textId="77777777">
        <w:trPr>
          <w:jc w:val="center"/>
        </w:trPr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2DA2BB" w14:textId="77777777" w:rsidR="00B722CA" w:rsidRDefault="00000000">
            <w:pPr>
              <w:spacing w:after="0"/>
            </w:pPr>
            <w:r>
              <w:rPr>
                <w:sz w:val="21"/>
              </w:rPr>
              <w:t>Adı Soyadı / Unvanı: ………………………</w:t>
            </w:r>
          </w:p>
        </w:tc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C8BDD1" w14:textId="77777777" w:rsidR="00B722CA" w:rsidRDefault="00000000">
            <w:pPr>
              <w:spacing w:after="0"/>
            </w:pPr>
            <w:r>
              <w:rPr>
                <w:sz w:val="21"/>
              </w:rPr>
              <w:t>Adı Soyadı / Unvanı: ………………………</w:t>
            </w:r>
          </w:p>
        </w:tc>
      </w:tr>
      <w:tr w:rsidR="00B722CA" w14:paraId="0AA2F125" w14:textId="77777777">
        <w:trPr>
          <w:jc w:val="center"/>
        </w:trPr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29ED6E" w14:textId="77777777" w:rsidR="00B722CA" w:rsidRDefault="00000000">
            <w:pPr>
              <w:spacing w:after="0"/>
            </w:pPr>
            <w:r>
              <w:rPr>
                <w:sz w:val="21"/>
              </w:rPr>
              <w:t>T.C. Kimlik No: ………………………………</w:t>
            </w:r>
          </w:p>
        </w:tc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86777D" w14:textId="77777777" w:rsidR="00B722CA" w:rsidRDefault="00000000">
            <w:pPr>
              <w:spacing w:after="0"/>
            </w:pPr>
            <w:r>
              <w:rPr>
                <w:sz w:val="21"/>
              </w:rPr>
              <w:t>T.C. Kimlik No: ………………………………</w:t>
            </w:r>
          </w:p>
        </w:tc>
      </w:tr>
      <w:tr w:rsidR="00B722CA" w14:paraId="0AAAD5DE" w14:textId="77777777">
        <w:trPr>
          <w:jc w:val="center"/>
        </w:trPr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09E026" w14:textId="77777777" w:rsidR="00B722CA" w:rsidRDefault="00000000">
            <w:pPr>
              <w:spacing w:after="0"/>
            </w:pPr>
            <w:r>
              <w:rPr>
                <w:sz w:val="21"/>
              </w:rPr>
              <w:t>E-posta Adresi: ………………………………</w:t>
            </w:r>
          </w:p>
        </w:tc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E8E521" w14:textId="77777777" w:rsidR="00B722CA" w:rsidRDefault="00000000">
            <w:pPr>
              <w:spacing w:after="0"/>
            </w:pPr>
            <w:r>
              <w:rPr>
                <w:sz w:val="21"/>
              </w:rPr>
              <w:t>E-posta Adresi: ………………………………</w:t>
            </w:r>
          </w:p>
        </w:tc>
      </w:tr>
      <w:tr w:rsidR="00B722CA" w14:paraId="40C2E24D" w14:textId="77777777">
        <w:trPr>
          <w:jc w:val="center"/>
        </w:trPr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DB65F0" w14:textId="77777777" w:rsidR="00B722CA" w:rsidRDefault="00000000">
            <w:pPr>
              <w:spacing w:after="0"/>
            </w:pPr>
            <w:r>
              <w:rPr>
                <w:sz w:val="21"/>
              </w:rPr>
              <w:t>Telefon No: ……………………………………</w:t>
            </w:r>
          </w:p>
        </w:tc>
        <w:tc>
          <w:tcPr>
            <w:tcW w:w="4819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E27C2F" w14:textId="77777777" w:rsidR="00B722CA" w:rsidRDefault="00000000">
            <w:pPr>
              <w:spacing w:after="0"/>
            </w:pPr>
            <w:r>
              <w:rPr>
                <w:sz w:val="21"/>
              </w:rPr>
              <w:t>Telefon No: ……………………………………</w:t>
            </w:r>
          </w:p>
        </w:tc>
      </w:tr>
    </w:tbl>
    <w:p w14:paraId="0F708BE7" w14:textId="77777777" w:rsidR="001B6D1E" w:rsidRDefault="001B6D1E"/>
    <w:sectPr w:rsidR="001B6D1E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9405150">
    <w:abstractNumId w:val="8"/>
  </w:num>
  <w:num w:numId="2" w16cid:durableId="1235168534">
    <w:abstractNumId w:val="6"/>
  </w:num>
  <w:num w:numId="3" w16cid:durableId="2024672516">
    <w:abstractNumId w:val="5"/>
  </w:num>
  <w:num w:numId="4" w16cid:durableId="1670906810">
    <w:abstractNumId w:val="4"/>
  </w:num>
  <w:num w:numId="5" w16cid:durableId="1709990290">
    <w:abstractNumId w:val="7"/>
  </w:num>
  <w:num w:numId="6" w16cid:durableId="485323727">
    <w:abstractNumId w:val="3"/>
  </w:num>
  <w:num w:numId="7" w16cid:durableId="1822237484">
    <w:abstractNumId w:val="2"/>
  </w:num>
  <w:num w:numId="8" w16cid:durableId="1912082990">
    <w:abstractNumId w:val="1"/>
  </w:num>
  <w:num w:numId="9" w16cid:durableId="66790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6D1E"/>
    <w:rsid w:val="0029639D"/>
    <w:rsid w:val="00326F90"/>
    <w:rsid w:val="009A6AE8"/>
    <w:rsid w:val="00AA1D8D"/>
    <w:rsid w:val="00B47730"/>
    <w:rsid w:val="00B722CA"/>
    <w:rsid w:val="00CB0664"/>
    <w:rsid w:val="00F331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2516DB"/>
  <w14:defaultImageDpi w14:val="300"/>
  <w15:docId w15:val="{E8BDADE0-A44D-437A-8D3C-60E54140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Abdurrahman</cp:lastModifiedBy>
  <cp:revision>2</cp:revision>
  <dcterms:created xsi:type="dcterms:W3CDTF">2026-09-30T11:23:00Z</dcterms:created>
  <dcterms:modified xsi:type="dcterms:W3CDTF">2026-09-30T11:23:00Z</dcterms:modified>
  <cp:category/>
</cp:coreProperties>
</file>